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799B" w14:textId="1D7553A4" w:rsidR="006723E5" w:rsidRDefault="006723E5" w:rsidP="005C2369">
      <w:pPr>
        <w:spacing w:after="40"/>
        <w:jc w:val="center"/>
        <w:rPr>
          <w:b/>
          <w:color w:val="1B365D"/>
          <w:sz w:val="44"/>
        </w:rPr>
      </w:pPr>
      <w:r>
        <w:rPr>
          <w:noProof/>
        </w:rPr>
        <w:drawing>
          <wp:inline distT="0" distB="0" distL="0" distR="0" wp14:anchorId="5CCCEDA2" wp14:editId="25764550">
            <wp:extent cx="2346960" cy="1653540"/>
            <wp:effectExtent l="0" t="0" r="0" b="3810"/>
            <wp:docPr id="775627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6960" cy="1653540"/>
                    </a:xfrm>
                    <a:prstGeom prst="rect">
                      <a:avLst/>
                    </a:prstGeom>
                    <a:noFill/>
                    <a:ln>
                      <a:noFill/>
                    </a:ln>
                  </pic:spPr>
                </pic:pic>
              </a:graphicData>
            </a:graphic>
          </wp:inline>
        </w:drawing>
      </w:r>
    </w:p>
    <w:p w14:paraId="54E1A7C7" w14:textId="2FFB725F" w:rsidR="00FF0D63" w:rsidRDefault="00000000">
      <w:pPr>
        <w:spacing w:after="40"/>
        <w:jc w:val="center"/>
      </w:pPr>
      <w:r>
        <w:rPr>
          <w:b/>
          <w:color w:val="1B365D"/>
          <w:sz w:val="44"/>
        </w:rPr>
        <w:t>Dillon's Place Race/Walk &amp; Half Murph</w:t>
      </w:r>
    </w:p>
    <w:p w14:paraId="6FEE5AF3" w14:textId="77777777" w:rsidR="00FF0D63" w:rsidRDefault="00000000">
      <w:pPr>
        <w:spacing w:after="360"/>
        <w:jc w:val="center"/>
      </w:pPr>
      <w:r>
        <w:rPr>
          <w:i/>
          <w:color w:val="555555"/>
          <w:sz w:val="28"/>
        </w:rPr>
        <w:t>Annual Charity Event Sponsorship Form</w:t>
      </w:r>
    </w:p>
    <w:p w14:paraId="26241E6E" w14:textId="77777777" w:rsidR="00FF0D63" w:rsidRDefault="00000000">
      <w:pPr>
        <w:spacing w:after="360"/>
      </w:pPr>
      <w:r>
        <w:t>Thank you for your interest in partnering with Dillon's Place Foundation. Your generous sponsorship directly supports our mission and community programs. Please review our updated opportunities below and select your preferred level.</w:t>
      </w:r>
    </w:p>
    <w:p w14:paraId="52B02911" w14:textId="77777777" w:rsidR="00FF0D63" w:rsidRDefault="00000000">
      <w:pPr>
        <w:pBdr>
          <w:bottom w:val="single" w:sz="8" w:space="4" w:color="1B365D"/>
        </w:pBdr>
        <w:spacing w:before="240" w:after="160"/>
      </w:pPr>
      <w:r>
        <w:rPr>
          <w:b/>
          <w:color w:val="1B365D"/>
          <w:sz w:val="24"/>
        </w:rPr>
        <w:t>🏢 SPONSOR INFORMATION</w:t>
      </w:r>
    </w:p>
    <w:p w14:paraId="4B24597A" w14:textId="77777777" w:rsidR="00FF0D63" w:rsidRDefault="00000000">
      <w:pPr>
        <w:spacing w:after="120"/>
        <w:ind w:left="216"/>
      </w:pPr>
      <w:r>
        <w:t>Company / Organization Name: __________________________________________________</w:t>
      </w:r>
    </w:p>
    <w:p w14:paraId="4C89712A" w14:textId="77777777" w:rsidR="00FF0D63" w:rsidRDefault="00000000">
      <w:pPr>
        <w:spacing w:after="120"/>
        <w:ind w:left="216"/>
      </w:pPr>
      <w:r>
        <w:t>Contact Person Name: _________________________________________________________</w:t>
      </w:r>
    </w:p>
    <w:p w14:paraId="4FC73BE9" w14:textId="77777777" w:rsidR="00FF0D63" w:rsidRDefault="00000000">
      <w:pPr>
        <w:spacing w:after="120"/>
        <w:ind w:left="216"/>
      </w:pPr>
      <w:r>
        <w:t>Billing Address: ______________________________________________________________</w:t>
      </w:r>
    </w:p>
    <w:p w14:paraId="295249D0" w14:textId="77777777" w:rsidR="00FF0D63" w:rsidRDefault="00000000">
      <w:pPr>
        <w:spacing w:after="120"/>
        <w:ind w:left="216"/>
      </w:pPr>
      <w:r>
        <w:t>Contact Phone: ___________________________  Contact Email: _______________________</w:t>
      </w:r>
    </w:p>
    <w:p w14:paraId="54E6872E" w14:textId="77777777" w:rsidR="00FF0D63" w:rsidRDefault="00000000">
      <w:pPr>
        <w:spacing w:after="120"/>
        <w:ind w:left="216"/>
      </w:pPr>
      <w:r>
        <w:t>Website / Social Handle: _______________________________________________________</w:t>
      </w:r>
    </w:p>
    <w:p w14:paraId="2ADCC8A7" w14:textId="77777777" w:rsidR="00FF0D63" w:rsidRDefault="00000000">
      <w:pPr>
        <w:pBdr>
          <w:bottom w:val="single" w:sz="8" w:space="4" w:color="1B365D"/>
        </w:pBdr>
        <w:spacing w:before="360" w:after="160"/>
      </w:pPr>
      <w:r>
        <w:rPr>
          <w:b/>
          <w:color w:val="1B365D"/>
          <w:sz w:val="24"/>
        </w:rPr>
        <w:t>🏆 SPONSORSHIP LEVELS</w:t>
      </w:r>
    </w:p>
    <w:p w14:paraId="730A7972" w14:textId="77777777" w:rsidR="00FF0D63" w:rsidRDefault="00000000">
      <w:pPr>
        <w:spacing w:before="120" w:after="40"/>
        <w:ind w:left="216"/>
      </w:pPr>
      <w:r>
        <w:rPr>
          <w:b/>
          <w:sz w:val="22"/>
        </w:rPr>
        <w:t>[ ] Blue Ribbon Sponsor — $3,500</w:t>
      </w:r>
    </w:p>
    <w:p w14:paraId="73E1EEE4" w14:textId="77777777" w:rsidR="00FF0D63" w:rsidRDefault="00000000">
      <w:pPr>
        <w:spacing w:after="20"/>
        <w:ind w:left="576"/>
      </w:pPr>
      <w:r>
        <w:rPr>
          <w:color w:val="444444"/>
          <w:sz w:val="20"/>
        </w:rPr>
        <w:t>• Presenting Sponsor status at the Half Murph Challenge</w:t>
      </w:r>
    </w:p>
    <w:p w14:paraId="3D9690FF" w14:textId="77777777" w:rsidR="00FF0D63" w:rsidRDefault="00000000">
      <w:pPr>
        <w:spacing w:after="20"/>
        <w:ind w:left="576"/>
      </w:pPr>
      <w:r>
        <w:rPr>
          <w:color w:val="444444"/>
          <w:sz w:val="20"/>
        </w:rPr>
        <w:t>• Dedicated event signage</w:t>
      </w:r>
    </w:p>
    <w:p w14:paraId="54455D54" w14:textId="77777777" w:rsidR="00FF0D63" w:rsidRDefault="00000000">
      <w:pPr>
        <w:spacing w:after="20"/>
        <w:ind w:left="576"/>
      </w:pPr>
      <w:r>
        <w:rPr>
          <w:color w:val="444444"/>
          <w:sz w:val="20"/>
        </w:rPr>
        <w:t>• Logo on all promotional marketing materials</w:t>
      </w:r>
    </w:p>
    <w:p w14:paraId="041A3F6E" w14:textId="77777777" w:rsidR="00FF0D63" w:rsidRDefault="00000000">
      <w:pPr>
        <w:spacing w:after="20"/>
        <w:ind w:left="576"/>
      </w:pPr>
      <w:r>
        <w:rPr>
          <w:color w:val="444444"/>
          <w:sz w:val="20"/>
        </w:rPr>
        <w:t>• Logo featured prominently on event website</w:t>
      </w:r>
    </w:p>
    <w:p w14:paraId="7DFFFF40" w14:textId="77777777" w:rsidR="00FF0D63" w:rsidRDefault="00000000">
      <w:pPr>
        <w:spacing w:after="20"/>
        <w:ind w:left="576"/>
      </w:pPr>
      <w:r>
        <w:rPr>
          <w:color w:val="444444"/>
          <w:sz w:val="20"/>
        </w:rPr>
        <w:t>• Dedicated recognition posts across social media</w:t>
      </w:r>
    </w:p>
    <w:p w14:paraId="60F04577" w14:textId="77777777" w:rsidR="00FF0D63" w:rsidRDefault="00000000">
      <w:pPr>
        <w:spacing w:before="120" w:after="40"/>
        <w:ind w:left="216"/>
      </w:pPr>
      <w:r>
        <w:rPr>
          <w:b/>
          <w:sz w:val="22"/>
        </w:rPr>
        <w:t>[ ] White Stars Sponsor — $2,200</w:t>
      </w:r>
    </w:p>
    <w:p w14:paraId="7CA5D2F3" w14:textId="77777777" w:rsidR="00FF0D63" w:rsidRDefault="00000000">
      <w:pPr>
        <w:spacing w:after="20"/>
        <w:ind w:left="576"/>
      </w:pPr>
      <w:r>
        <w:rPr>
          <w:color w:val="444444"/>
          <w:sz w:val="20"/>
        </w:rPr>
        <w:t>• Dedicated event signage at the Half Murph Challenge</w:t>
      </w:r>
    </w:p>
    <w:p w14:paraId="009AA3A0" w14:textId="77777777" w:rsidR="00FF0D63" w:rsidRDefault="00000000">
      <w:pPr>
        <w:spacing w:after="20"/>
        <w:ind w:left="576"/>
      </w:pPr>
      <w:r>
        <w:rPr>
          <w:color w:val="444444"/>
          <w:sz w:val="20"/>
        </w:rPr>
        <w:t>• Logo on all promotional marketing materials</w:t>
      </w:r>
    </w:p>
    <w:p w14:paraId="4783E19A" w14:textId="77777777" w:rsidR="00FF0D63" w:rsidRDefault="00000000">
      <w:pPr>
        <w:spacing w:after="20"/>
        <w:ind w:left="576"/>
      </w:pPr>
      <w:r>
        <w:rPr>
          <w:color w:val="444444"/>
          <w:sz w:val="20"/>
        </w:rPr>
        <w:t>• Logo featured on event website</w:t>
      </w:r>
    </w:p>
    <w:p w14:paraId="2972BECB" w14:textId="77777777" w:rsidR="00FF0D63" w:rsidRDefault="00000000">
      <w:pPr>
        <w:spacing w:after="20"/>
        <w:ind w:left="576"/>
      </w:pPr>
      <w:r>
        <w:rPr>
          <w:color w:val="444444"/>
          <w:sz w:val="20"/>
        </w:rPr>
        <w:t>• Recognition posts across social media</w:t>
      </w:r>
    </w:p>
    <w:p w14:paraId="320E3BA0" w14:textId="77777777" w:rsidR="00FF0D63" w:rsidRDefault="00000000">
      <w:pPr>
        <w:spacing w:before="120" w:after="40"/>
        <w:ind w:left="216"/>
      </w:pPr>
      <w:r>
        <w:rPr>
          <w:b/>
          <w:sz w:val="22"/>
        </w:rPr>
        <w:t>[ ] Red Stars Sponsor — $1,000</w:t>
      </w:r>
    </w:p>
    <w:p w14:paraId="671246B5" w14:textId="77777777" w:rsidR="00FF0D63" w:rsidRDefault="00000000">
      <w:pPr>
        <w:spacing w:after="20"/>
        <w:ind w:left="576"/>
      </w:pPr>
      <w:r>
        <w:rPr>
          <w:color w:val="444444"/>
          <w:sz w:val="20"/>
        </w:rPr>
        <w:t>• Logo on all promotional marketing materials</w:t>
      </w:r>
    </w:p>
    <w:p w14:paraId="432F88F0" w14:textId="77777777" w:rsidR="00FF0D63" w:rsidRDefault="00000000">
      <w:pPr>
        <w:spacing w:after="20"/>
        <w:ind w:left="576"/>
      </w:pPr>
      <w:r>
        <w:rPr>
          <w:color w:val="444444"/>
          <w:sz w:val="20"/>
        </w:rPr>
        <w:t>• Logo featured on event website</w:t>
      </w:r>
    </w:p>
    <w:p w14:paraId="5DCD063E" w14:textId="77777777" w:rsidR="005C2369" w:rsidRDefault="00000000" w:rsidP="005C2369">
      <w:pPr>
        <w:spacing w:after="20"/>
        <w:ind w:left="576"/>
      </w:pPr>
      <w:r>
        <w:rPr>
          <w:color w:val="444444"/>
          <w:sz w:val="20"/>
        </w:rPr>
        <w:t>• Recognition posts across social media</w:t>
      </w:r>
    </w:p>
    <w:p w14:paraId="08562C91" w14:textId="026AFF33" w:rsidR="00FF0D63" w:rsidRDefault="00000000" w:rsidP="005C2369">
      <w:pPr>
        <w:spacing w:after="20"/>
        <w:ind w:left="576"/>
      </w:pPr>
      <w:proofErr w:type="gramStart"/>
      <w:r>
        <w:rPr>
          <w:b/>
          <w:sz w:val="22"/>
        </w:rPr>
        <w:t>[ ]</w:t>
      </w:r>
      <w:proofErr w:type="gramEnd"/>
      <w:r>
        <w:rPr>
          <w:b/>
          <w:sz w:val="22"/>
        </w:rPr>
        <w:t xml:space="preserve"> Silver Star Sponsor — $500</w:t>
      </w:r>
    </w:p>
    <w:p w14:paraId="6CF86BCC" w14:textId="77777777" w:rsidR="00FF0D63" w:rsidRDefault="00000000">
      <w:pPr>
        <w:spacing w:after="20"/>
        <w:ind w:left="576"/>
      </w:pPr>
      <w:r>
        <w:rPr>
          <w:color w:val="444444"/>
          <w:sz w:val="20"/>
        </w:rPr>
        <w:t>• Text or logo listing on event website</w:t>
      </w:r>
    </w:p>
    <w:p w14:paraId="114C68FF" w14:textId="77777777" w:rsidR="00FF0D63" w:rsidRDefault="00000000">
      <w:pPr>
        <w:spacing w:after="20"/>
        <w:ind w:left="576"/>
      </w:pPr>
      <w:r>
        <w:rPr>
          <w:color w:val="444444"/>
          <w:sz w:val="20"/>
        </w:rPr>
        <w:t>• Recognition posts across social media</w:t>
      </w:r>
    </w:p>
    <w:p w14:paraId="3B64CA17" w14:textId="77777777" w:rsidR="00FF0D63" w:rsidRDefault="00000000">
      <w:pPr>
        <w:pBdr>
          <w:bottom w:val="single" w:sz="8" w:space="4" w:color="1B365D"/>
        </w:pBdr>
        <w:spacing w:before="360" w:after="160"/>
      </w:pPr>
      <w:r>
        <w:rPr>
          <w:b/>
          <w:color w:val="1B365D"/>
          <w:sz w:val="24"/>
        </w:rPr>
        <w:t>💳 PAYMENT INFORMATION</w:t>
      </w:r>
    </w:p>
    <w:p w14:paraId="24A9AAD3" w14:textId="77777777" w:rsidR="00FF0D63" w:rsidRDefault="00000000">
      <w:pPr>
        <w:spacing w:after="120"/>
        <w:ind w:left="216"/>
      </w:pPr>
      <w:r>
        <w:t>[ ] Check Enclosed  (Please make checks payable to: Dillon's Place Foundation)</w:t>
      </w:r>
    </w:p>
    <w:p w14:paraId="1C0B2BA8" w14:textId="77777777" w:rsidR="00FF0D63" w:rsidRDefault="00000000">
      <w:pPr>
        <w:spacing w:after="80"/>
        <w:ind w:left="216"/>
      </w:pPr>
      <w:r>
        <w:t>[ ] Credit Card  (Pay online at [Website URL] or complete details below)</w:t>
      </w:r>
    </w:p>
    <w:p w14:paraId="73969F0D" w14:textId="77777777" w:rsidR="00FF0D63" w:rsidRDefault="00000000">
      <w:pPr>
        <w:spacing w:after="120"/>
        <w:ind w:left="216"/>
      </w:pPr>
      <w:r>
        <w:rPr>
          <w:sz w:val="20"/>
        </w:rPr>
        <w:t xml:space="preserve">    Card Number: ___________________________  Exp. Date: _______  CVV: _____  Zip: ________</w:t>
      </w:r>
    </w:p>
    <w:p w14:paraId="74609973" w14:textId="77777777" w:rsidR="00FF0D63" w:rsidRDefault="00000000">
      <w:pPr>
        <w:spacing w:after="120"/>
        <w:ind w:left="216"/>
      </w:pPr>
      <w:proofErr w:type="gramStart"/>
      <w:r>
        <w:t>[ ]</w:t>
      </w:r>
      <w:proofErr w:type="gramEnd"/>
      <w:r>
        <w:t xml:space="preserve"> Invoice </w:t>
      </w:r>
      <w:proofErr w:type="gramStart"/>
      <w:r>
        <w:t>Request  (</w:t>
      </w:r>
      <w:proofErr w:type="gramEnd"/>
      <w:r>
        <w:t>Payment due by: [Date])</w:t>
      </w:r>
    </w:p>
    <w:p w14:paraId="53E78777" w14:textId="78562F31" w:rsidR="005C2369" w:rsidRDefault="005C2369">
      <w:pPr>
        <w:spacing w:after="120"/>
        <w:ind w:left="216"/>
      </w:pPr>
      <w:r>
        <w:t>Scan QR Code to make your donation:</w:t>
      </w:r>
    </w:p>
    <w:p w14:paraId="0F40392D" w14:textId="77777777" w:rsidR="005C2369" w:rsidRDefault="005C2369">
      <w:pPr>
        <w:spacing w:after="120"/>
        <w:ind w:left="216"/>
      </w:pPr>
    </w:p>
    <w:p w14:paraId="23EA5698" w14:textId="586CED87" w:rsidR="005C2369" w:rsidRDefault="005C2369">
      <w:pPr>
        <w:spacing w:after="120"/>
        <w:ind w:left="216"/>
      </w:pPr>
      <w:r>
        <w:rPr>
          <w:noProof/>
        </w:rPr>
        <w:drawing>
          <wp:inline distT="0" distB="0" distL="0" distR="0" wp14:anchorId="32DAC68B" wp14:editId="480FCA99">
            <wp:extent cx="2872740" cy="2872740"/>
            <wp:effectExtent l="0" t="0" r="3810" b="3810"/>
            <wp:docPr id="2103102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2740" cy="2872740"/>
                    </a:xfrm>
                    <a:prstGeom prst="rect">
                      <a:avLst/>
                    </a:prstGeom>
                    <a:noFill/>
                    <a:ln>
                      <a:noFill/>
                    </a:ln>
                  </pic:spPr>
                </pic:pic>
              </a:graphicData>
            </a:graphic>
          </wp:inline>
        </w:drawing>
      </w:r>
    </w:p>
    <w:p w14:paraId="1DE3C553" w14:textId="77777777" w:rsidR="005C2369" w:rsidRDefault="005C2369">
      <w:pPr>
        <w:spacing w:after="120"/>
        <w:ind w:left="216"/>
      </w:pPr>
    </w:p>
    <w:p w14:paraId="7F474682" w14:textId="77777777" w:rsidR="005C2369" w:rsidRDefault="005C2369" w:rsidP="005C2369">
      <w:pPr>
        <w:spacing w:after="120"/>
      </w:pPr>
    </w:p>
    <w:p w14:paraId="38EBC7FD" w14:textId="77777777" w:rsidR="00FF0D63" w:rsidRDefault="00000000">
      <w:pPr>
        <w:pBdr>
          <w:bottom w:val="single" w:sz="8" w:space="4" w:color="1B365D"/>
        </w:pBdr>
        <w:spacing w:before="360" w:after="160"/>
      </w:pPr>
      <w:r>
        <w:rPr>
          <w:b/>
          <w:color w:val="1B365D"/>
          <w:sz w:val="24"/>
        </w:rPr>
        <w:t>📝 AGREEMENT &amp; LOGO SUBMISSION</w:t>
      </w:r>
    </w:p>
    <w:p w14:paraId="48640E73" w14:textId="77777777" w:rsidR="00FF0D63" w:rsidRDefault="00000000">
      <w:pPr>
        <w:spacing w:after="240"/>
        <w:ind w:left="216"/>
      </w:pPr>
      <w:r>
        <w:t xml:space="preserve">Please email your high-resolution logo (PNG or vector format) to angela@dillonsplace.org by October 26, </w:t>
      </w:r>
      <w:proofErr w:type="gramStart"/>
      <w:r>
        <w:t>2026</w:t>
      </w:r>
      <w:proofErr w:type="gramEnd"/>
      <w:r>
        <w:t xml:space="preserve"> to guarantee placement on physical signs and marketing materials.</w:t>
      </w:r>
    </w:p>
    <w:p w14:paraId="56D23117" w14:textId="77777777" w:rsidR="006723E5" w:rsidRDefault="006723E5">
      <w:pPr>
        <w:spacing w:after="240"/>
        <w:ind w:left="216"/>
      </w:pPr>
    </w:p>
    <w:p w14:paraId="418B2DF0" w14:textId="77777777" w:rsidR="00FF0D63" w:rsidRDefault="00000000">
      <w:pPr>
        <w:spacing w:after="360"/>
        <w:ind w:left="216"/>
      </w:pPr>
      <w:r>
        <w:t>Authorized Signature: ___________________________   Date: ___________________________</w:t>
      </w:r>
    </w:p>
    <w:tbl>
      <w:tblPr>
        <w:tblW w:w="0" w:type="auto"/>
        <w:jc w:val="center"/>
        <w:tblLook w:val="04A0" w:firstRow="1" w:lastRow="0" w:firstColumn="1" w:lastColumn="0" w:noHBand="0" w:noVBand="1"/>
      </w:tblPr>
      <w:tblGrid>
        <w:gridCol w:w="9936"/>
      </w:tblGrid>
      <w:tr w:rsidR="00FF0D63" w14:paraId="06B6448B" w14:textId="77777777">
        <w:trPr>
          <w:jc w:val="center"/>
        </w:trPr>
        <w:tc>
          <w:tcPr>
            <w:tcW w:w="9936" w:type="dxa"/>
            <w:shd w:val="clear" w:color="auto" w:fill="F2F5F9"/>
            <w:tcMar>
              <w:top w:w="140" w:type="dxa"/>
              <w:left w:w="200" w:type="dxa"/>
              <w:bottom w:w="140" w:type="dxa"/>
              <w:right w:w="200" w:type="dxa"/>
            </w:tcMar>
          </w:tcPr>
          <w:p w14:paraId="136E3A10" w14:textId="77777777" w:rsidR="00FF0D63" w:rsidRDefault="00000000">
            <w:pPr>
              <w:spacing w:after="0"/>
              <w:jc w:val="center"/>
            </w:pPr>
            <w:r>
              <w:t>Please return this completed form and payment to:</w:t>
            </w:r>
            <w:r>
              <w:br/>
            </w:r>
            <w:r>
              <w:rPr>
                <w:b/>
                <w:sz w:val="22"/>
              </w:rPr>
              <w:t>Dillon's Place Foundation</w:t>
            </w:r>
            <w:r>
              <w:t xml:space="preserve">  |  2473 Seton Dr, Avon, OH 44011  |  angela@dillonsplace.org</w:t>
            </w:r>
          </w:p>
        </w:tc>
      </w:tr>
    </w:tbl>
    <w:p w14:paraId="19703BF9" w14:textId="77777777" w:rsidR="008561BA" w:rsidRDefault="008561BA" w:rsidP="00F62AF6"/>
    <w:sectPr w:rsidR="008561BA"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1606523">
    <w:abstractNumId w:val="8"/>
  </w:num>
  <w:num w:numId="2" w16cid:durableId="1744444557">
    <w:abstractNumId w:val="6"/>
  </w:num>
  <w:num w:numId="3" w16cid:durableId="1878663238">
    <w:abstractNumId w:val="5"/>
  </w:num>
  <w:num w:numId="4" w16cid:durableId="422648102">
    <w:abstractNumId w:val="4"/>
  </w:num>
  <w:num w:numId="5" w16cid:durableId="480973591">
    <w:abstractNumId w:val="7"/>
  </w:num>
  <w:num w:numId="6" w16cid:durableId="490371785">
    <w:abstractNumId w:val="3"/>
  </w:num>
  <w:num w:numId="7" w16cid:durableId="1953321621">
    <w:abstractNumId w:val="2"/>
  </w:num>
  <w:num w:numId="8" w16cid:durableId="1795906846">
    <w:abstractNumId w:val="1"/>
  </w:num>
  <w:num w:numId="9" w16cid:durableId="73224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733D"/>
    <w:rsid w:val="0015074B"/>
    <w:rsid w:val="0029639D"/>
    <w:rsid w:val="00316DB4"/>
    <w:rsid w:val="00324464"/>
    <w:rsid w:val="00326F90"/>
    <w:rsid w:val="003D69E0"/>
    <w:rsid w:val="005C2369"/>
    <w:rsid w:val="00616327"/>
    <w:rsid w:val="006723E5"/>
    <w:rsid w:val="008561BA"/>
    <w:rsid w:val="00AA1D8D"/>
    <w:rsid w:val="00B030B7"/>
    <w:rsid w:val="00B308BB"/>
    <w:rsid w:val="00B47730"/>
    <w:rsid w:val="00CB0664"/>
    <w:rsid w:val="00D33204"/>
    <w:rsid w:val="00F62AF6"/>
    <w:rsid w:val="00FC693F"/>
    <w:rsid w:val="00FF0D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68AFC"/>
  <w14:defaultImageDpi w14:val="300"/>
  <w15:docId w15:val="{C4500E2A-8E26-4AEB-97A2-D5AAC1D8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license 2</cp:lastModifiedBy>
  <cp:revision>6</cp:revision>
  <cp:lastPrinted>2026-09-15T17:58:00Z</cp:lastPrinted>
  <dcterms:created xsi:type="dcterms:W3CDTF">2026-09-15T18:01:00Z</dcterms:created>
  <dcterms:modified xsi:type="dcterms:W3CDTF">2026-09-15T18:12:00Z</dcterms:modified>
  <cp:category/>
</cp:coreProperties>
</file>